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קיר לחודש כסליו - הלוח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חודש כסליו ואת הדרך לספור את ימי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לחנוכה ולערך האור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לוח שנה עברי-לועזי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11.11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5.12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את ספירת שמונת 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לא נספר עם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חנוכה מתחיל רק בכ"ה כסליו, לקראת סוף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בלוח המילים של החודש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החידה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(סופגניה)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(חנוכייה)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מספר הנרות, מהמעט לרב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ערב ראשון -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ערב שלישי - שלושה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 חמישי - חמישה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ערב שמיני - שמונה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 חיוך, עזרה, מילה טובה או 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לאור, מילה טובה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הלוח הדיגיטלי בכיתה ולפתור את הדף תוך כדי לחיצה על הימים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ספירת הנרות לפני מילוי 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המסומנים כקשים אפשר לתת רמז מהלוח לפני שהתלמידים עונים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קיר לחודש כסליו - הלוח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הדיגיטלי לחודש כסליו אפשר ללחוץ על כל יום, להדליק את החנוכייה לפי הערב, לפתור חידות, לסובב סביבון ולהוסיף הודעת אור אישית. דף זה מתרגל את התוכן שמופיע בלוח.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לועזי מתחיל חודש כסליו תשפ"ז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יש בחודש כסליו תשפ"ז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הלוח, באיזה תאריך לועזי חל כ"ה כסליו, הערב הראשון של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נרות דולקים בערב השמיני של חנוכה, בלי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אות מופיעה על הסביבון בארץ ישראל ולא בחוץ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של חנוכה מוסיפים נר נוסף לחנוכייה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הוא הנר שמשמש להדליק את שאר הנרות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חל בתחילת 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מילות החודש מופיעה גם המילה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הכלי שמניחים בו את נרות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הצעצוע המרובע שמסובבים בחנוכה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בפסוק מבראשית כתוב: ויאמר אלוהים יהי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הסיפור, פך השמן הספיק ליום אחד אך הנרות דלקו שמונה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הגשם הראשון של העונה נקרא בלוח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החידה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 מדליק את כל שאר הנרות אבל לא נספר איתם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סביבון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לי ארבע צלעות ורגל אחת, ואני רוקד כשמסובבים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עגולה, מתוקה, ובפנים מסתתרת ריבה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מופיעה בשמיים אחרי הגשם, וגם שם המזל של 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סופגניה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כלי מיוחד שמניחים בו את נרות החג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מספר הנרות, מהמעט לרב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חמישי - חמישה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שמיני - שמונה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ראשון - נר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שלישי - שלושה 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ערך החודש הוא אור. כתבו דוגמה אחת מהחיים שלכם לדבר קטן שמאיר למישהו את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נרות מדליקים בערב השישי בלי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הנר שמדליק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לדבר שמאיר לכם את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קיר לחודש כסליו - הלוח הדיגיטלי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