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חודש כסליו ואת הדרך לספור את 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ומושגים הקשורים לחנוכה ולערך האור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לוח שנה עברי-לועזי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11.11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5.12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בונים את ספירת שמונת הימים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הוא לא נספר עם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חנוכה מתחיל רק בכ"ה כסליו, לקראת סוף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בלוח המילים של החודש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החידה לפתרון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(שמש)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(סביבון)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(סופגניה)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(חנוכייה)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מספר הנרות, מהמעט לרב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ערב ראשון - נר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ערב שלישי - שלושה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 חמישי - חמישה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ערב שמיני - 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 חיוך, עזרה, מילה טובה או מעשה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שישה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לאור, מילה טובה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הלוח הדיגיטלי בכיתה ולפתור את הדף תוך כדי לחיצה על הימים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ספירת הנרות לפני מילוי חלק ההתאמה והסידור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המסומנים כקשים אפשר לתת רמז מהלוח לפני שהתלמידים עונים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קיר לחודש כסליו - הלוח הדיגיטלי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של חודש כסליו יש ימים, נרות של חנוכה, חידות וסביבון. בדף הזה נתרגל את מה שכתוב בלוח.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מיוחד שמדליקים בו את נרות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המיוחד שמדליקים בעזרתו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מרובע עם רגל אחת שמסובבים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יוצא דופן ומיוחד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 קטן של שמן טהור מהסיפור על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 שחל בחורף, ובו חל חג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והרגשה שדבר טוב עוד יקרה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לגשם הראשון של העונה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מתחיל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11.11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בחודש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תאריך מדליקים נר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7.12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נרות בערב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אות מיוחדת יש על הסביבון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ערב של חנוכה מוסיפים נר נוסף לחנוכייה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השמש הוא הנר שמשמש להדליק את שאר הנרות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 חל בתחילת חודש כסליו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מילות החודש מופיעה גם המילה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הכלי שמניחים בו את נרות החג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הצעצוע המרובע שמסובבים בחנוכה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בפסוק מבראשית כתוב: ויאמר אלוהים יהי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הסיפור, פך השמן הספיק ליום אחד אך הנרות דלקו שמונה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הגשם הראשון של העונה נקרא בלוח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החידה לפתרון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מדליק את כל שאר הנרות אבל לא נספר איתם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חנוכייה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יש לי ארבע צלעות ורגל אחת, ואני רוקד כשמסובבים אותי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אני עגולה, מתוקה, ובפנים מסתתרת ריבה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מופיעה בשמיים אחרי הגשם, וגם שם המזל של כסליו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סופגניה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כלי מיוחד שמניחים בו את נרות החג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סביבון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מספר הנרות, מהמעט לרב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חמישי - חמישה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שמיני - 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ראשון - נר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 שלישי - שלושה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ערך החודש הוא אור. כתבו דוגמה אחת מהחיים שלכם לדבר קטן שמאיר למישהו את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מדליקים בערב השישי בלי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הנר שמדליק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לדבר שמאיר לכם את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קיר לחודש כסליו - הלוח הדיגיטלי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