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חודש כסליו ואת הדרך לספור את 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ולערך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לוח שנה עברי-לועזי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ספירת שמונת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לא נספר עם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החידה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(סופגניה)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מספר הנרות, מהמעט לרב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ערב ראשון -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שלישי - שלושה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 חמישי - חמישה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ערב שמיני - 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חיוך, עזרה, מילה טובה או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לאור, מילה טובה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הדיגיטלי בכיתה ולפתור את הדף תוך כדי לחיצה על הימים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ספירת הנרות לפני מילוי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המסומנים כקשים אפשר לתת רמז מהלוח לפני שהתלמידים 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הדיגיטלי לחודש כסליו אפשר ללחוץ על כל יום, להדליק את החנוכייה לפי הערב, לפתור חידות, לסובב סביבון ולהוסיף הודעת אור אישית. דף זה מתרגל את התוכן שמופיע בלוח.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חנוכייה  ·  סביבון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לועזי מתחיל חודש כסליו תשפ"ז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יש בחודש כסליו תשפ"ז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ערב של חנוכה מוסיפים נר נוסף לחנוכייה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הוא הנר שמשמש להדליק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הכלי שמניחים בו את נרות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הצעצוע המרובע שמסובבים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החידה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 מדליק את כל שאר הנרות אבל לא נספר איתם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לי ארבע צלעות ורגל אחת, ואני רוקד כשמסובבים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אני עגולה, מתוקה, ובפנים מסתתרת ריבה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מופיעה בשמיים אחרי הגשם, וגם שם המזל של 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סופגניה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מספר הנרות, מהמעט לרב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שמיני - 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חמישי - חמישה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שלישי - שלושה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ראשון - נר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ערך החודש הוא אור. כתבו דוגמה אחת מהחיים שלכם לדבר קטן שמאיר למישהו את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נרות מדליקים בערב השישי בלי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הנר שמדליק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קיר לחודש כסליו - הלוח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